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טקסט ומשימות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והסקת מסקנות מתוך טקסטים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ומושגי יסוד בארבעה נושאים: סיגד, חנוכה, גלובליזציה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כללי לשון בסיסיים כמו ה״א הידיעה ובגדכפ״ת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נימוק וקבלת החלטות מתוך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קריאה פעילה והבנת הנקרא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ניבוי והסקה לפני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אוצר מילים ומילים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העולם מחובר כמו כפר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קריאה פעילה והבנת הנקרא – השלמת משפטים ממחסן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קריאה פעילה והבנת הנקרא – חושבים וקוראים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– ניחוש סביר הקשור לחנוכה ולאור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כולם בעולם מחוברים בתקשורת מהירה, כמו בכפר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אושר,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מנומקת, קשורה לאחד הנושאים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אוצר מילים ושפה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לסדר אותן מחדש כדי לקבל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אוצר מילים ואיות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הגדרה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מבולבלת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אוצר מילים ושפה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(מילה שאותיותיה מבולבלות וצריך לסדר אותן מחדש)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(דרך סודית להעביר מסר באמצעות סימנים במקום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(שלוש אותיות שחוזרות במילים מאותה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בעלת משמעות דומה למילה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(מילה או רעיון שיש לו הגדרה ברורה)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אוצר מילים ושפה – סידור אותיות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חשיבה, הסקה ובלשות טקסט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הסקה מרמזים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מיון מילים ומציאת מה שלא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סמל או מקור לבין מושג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חשיבה, הסקה ובלשות טקסט – תרגול יוצא דופן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לקרוא את הרמזים בהדרגה ולהסיק מהם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תפקיד המשחק – למצוא את ההתאמה הנכונה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חשיבה, הסקה ובלשות טקסט – מיון ויוצא דופן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חשיבה, הסקה ובלשות טקסט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כללי לשון ודקדוק – זיהוי ותרגול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ב, ג, ד, כ, פ,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 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כללי לשון ודקדוק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כללי לשון ודקדוק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שם העצם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שם העצם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את צורת המספר המתאימה -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את המספר לפני שם העצם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כתבו משפט אחד שיש בו ה"א הידיעה ומספר שמתאים לשם העצם, לדוגמה: שלוש בנות שיחקו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מיון, החלטות וחוסן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היא דבר שאפשר לבדוק ולהוכיח שהוא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אנשים שונים יכולים לחשוב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הסיבה היא מה שגרם, והתוצאה היא מה שקרה בעקבות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בדילמה כל אחד יכול לבחור צד אחר, כל עוד הוא מסביר את הבחירה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מיון, החלטות וחוסן – התאמת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(הרחובות התמלאו בשלוליות)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(הוא קיבל ציון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(הוא השתפר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(היינו עייפים למחרת)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(הפרח נבל)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מיון, החלטות וחוסן – דילמות והחלטות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דילמה פשוטה, בחירה בצד אחד ונימוק קצר וברור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קשה ודרך התמודדות, כמו בקשת עזרה, נשימה עמוקה או ניסיון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כל החלטה יכולה להוביל להשלכות שונות, תלוי מה בוחרים לעשות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החלטה והשלכה חיובית לצד השלכה שלילית אפשרית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סיכום ושליפה – זכרו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משחק קצר של חמש דקות שבודק הבנה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הכרטיסייה עוזרת לדבר על רגשות בצורה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חג מסורת מיוחד של עדה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חנוכה חל בחודש כסליו ולא בניסן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גלובליזציה היא בדיוק ההפך - קשר וחיבור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ה"א הידיעה היא כלל דקדוקי בשפה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סיכום ושליפה – השלימו והתאימו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 ושליפה – התאמה בין נושא למושג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(עלייה להר)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(נס הפך)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(כפר עולמי)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(ה"א הידיעה)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שתי מילים נכונות עם הסבר קצר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מתאר רמז קונקרטי מהטקסט ואת המסקנה שהסיק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כלל לשון שעדיין מאתגר אותו (למשל ה״א הידיעה או בגדכפ״ת)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מפגשים: שני פרקים בכל שיעור, עם זמן למשחק האינטראקטיבי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החנ״מ עם משפטים קצרים יותר ותמיכה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להתחיל מגרסת העולים עם אוצר מילים מוסבר לפני מעבר לגרסה הרגילה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כרטיס היציאה בסוף כל שיעור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טקסט ומשימות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תרגילים על המשחקים מהכיתה. עברו על הפרקים אחד אחד. כתבו תשובות קצרות וברורות. בסוף כל פרק יש שאלה קטנה לבדיקה.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במפורש, לפי רמזים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לנחש מה יקרה בהמשך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יוצא דופן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ברשימה ששונה מכל האחרות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מיון לקטגוריות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פריטים לקבוצות לפי מאפיין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שאדם חושב או מרגיש, לא תמיד אפשר להוכיח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ה״א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 בתחילת מילה שאומרת שמדובר בדבר מסוים וידוע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בגדכפ״ת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שיכולות להישמע ברכה או בדגש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ולהמשיך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מחסן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שמשתמשים בהן כדי להשלים משפטים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קריאה פעילה והבנת הנקרא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במשחק 'נחשו ובדקו'?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ניבוי והסקה לפני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שיר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המשחק עם המילים-לחצנים?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אוצר מילים ומילים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חישוב מתמטי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חוגג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ימים נמשך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זו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העולם מחובר כמו כפר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מדינה סגורה לגמרי לבדה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אינטרנט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מדינות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קריאה פעילה והבנת הנקרא – השלמת משפטים ממחסן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הקהילה עולה יחד אל ראש ה__________ ומתפללת.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בחנוכה מדליקים נר נוסף בכל __________ מימי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גלובליזציה מחברת בין מדינות בעולם כמו __________ אחד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הידיעה היא אות שמתווספת בתחילת מילה כדי לציין דבר מסוים וידוע.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קריאה פעילה והבנת הנקרא – חושבים וקוראים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ניחוש אחד: על מה לדעתכם יספר טקסט שכותרתו 'חג האורים בחושך החורף'?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משתמשים בביטוי 'כפר עולמי' כשמדברים על גלובליזציה.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מילים נרדפות למילה 'שמחה', כפי שמתרגלים במשחק מילים-לחצנים.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אחת ממחסן המילים של אחד הנושאים (סיגד, חנוכה, גלובליזציה או לשון) והסבירו במשפט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אוצר מילים ושפה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עם האותיות באנגרמה?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לסדר אותן מחדש כדי לקבל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מתרגלים במשחק הצופן?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אוצר מילים ואיות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נותנים לכל מושג בגלגל?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הגדרה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למילה עם אותיות מעורבבות?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מבולבלת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אוצר מילים ושפה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אנגרמה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או רעיון שיש לו הגדרה ברורה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בעלת משמעות דומה למילה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דרך סודית להעביר מסר באמצעות סימנים במקום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נרדפת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 אותיות שחוזרות במילים מאותה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מושג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שאותיותיה מבולבלות וצריך לסדר אותן מחדש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אוצר מילים ושפה – סידור אותיות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נסדר נכון את האותיות ץראה נקבל את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חשיבה, הסקה ובלשות טקסט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במשחק מי החשוד?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הסקה מרמזים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שינון שיר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פתרון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במשחק יוצא דופן?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מיון מילים ומציאת מה שלא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שינון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מתאימים במשחק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 או מקור לבין מושג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לבין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לבין 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לבין קול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חשיבה, הסקה ובלשות טקסט – תרגול יוצא דופן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מי החשוד מגלים מיד את התשובה בלי לקרוא רמזים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התאמת מקורות וסמלים כל סמל מתאים למושג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חשיבה, הסקה ובלשות טקסט – מיון ויוצא דופן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המילה שלא 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המילה שלא 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חשיבה, הסקה ובלשות טקסט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מי החשוד מגיעים לתשובה הנכונה בעזרת __________ שמופיעים בטקסט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כללי לשון ודקדוק – זיהוי ותרגול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מילה יש ה בהתחלה שמציינת 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שש אותיות משנות צליל כשמוסיפים להן ה"א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ב, ג, ד, כ, פ,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א, ה, ו,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ל, מ, נ, ס,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ק, ר, ש,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מספר מתאים למילה 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 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כללי לשון ודקדוק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השלימו בה"א הידיעה: __________כלב רץ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כלב + ה"א הידיעה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פרח + ה"א הידיעה = __________ (שימו לב לדגש באות פ)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כללי לשון ודקדוק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שם העצם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צורת המספר המתאימה -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המספר לפני שם העצם במשפט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אחד שיש בו ה"א הידיעה ומספר שמתאים לשם העצם, לדוגמה: שלוש בנות שיחקו בחצר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שם העצם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מיון, החלטות וחוסן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"היום יום שלישי" הוא עובדה, כי אפשר לבדוק ולוודא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"הסרט הזה הכי מעניין בעולם" הוא עובדה, כי כולם בטוח יסכימו איתו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"ירד גשם חזק ולכן הרחוב הוצף" - הגשם הוא הסיבה וההצפה היא התוצאה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"זה או זה" יש תמיד תשובה אחת נכונה שכולם חייבים לבחור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מיון, החלטות וחוסן – התאמת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ירד גשם חזק בחוץ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היינו עייפים למחרת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למד הרבה למבחן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הרחובות התמלאו בשלוליות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השחקן התאמן כל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הפרח נבל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 ישנו מספיק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הוא השתפר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שכחנו להשקות את הפרח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הוא קיבל ציון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מיון, החלטות וחוסן – דילמות והחלטות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דילמה אחת מסוג "זה או זה" וציינו איזה צד הייתם בוחרים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הייתם צריכים חוסן, כלומר להתמודד עם קושי - ואיך התמודדתם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בסימולציית החלטות אפשר לפעמים לקבל יותר מתוצאה אחת אפשרית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החלטה מתוך הסימולציה וכתבו שתי השלכות אפשריות שלה - אחת טובה ואחת פחות טובה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סיכום ושליפה – זכרו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נכון או לא נכון ספרינט צריך לענות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כרטיסיית החוסן היומית עוסקת ברגש ובשיחה מוגנת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קשור לקהילה היהודית-אתיופית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חל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פירושה עולם מרוחק שבו אין קשר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ה"א הידיעה היא נושא שנמצא בתחום הלשון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סיכום ושליפה – השלימו והתאימו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שמתארת עולם מחובר דרך תקשורת וסחר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הסביבון וה__________ הם סמלים מוכרים של 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חג ה__________ מצוין על ידי קהילת יוצאי אתיופיה בעלייה להר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 ושליפה – התאמה בין נושא למושג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כפר עולמי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כסליו-חנוכה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ה"א הידיעה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עלייה להר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נס הפך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מילים חדשות למדתי בפרק הזה, ומה הפירוש שלהן?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הצלחתי להסיק מסקנה מתוך רמזים בטקסט?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כלל לשון אני עדיין צריך או צריכה להתאמן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משחקי טקסט ומשימות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