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טקסט ומשימות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טקסט ומשימות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והסקת מסקנות מתוך טקסטים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ומושגי יסוד בארבעה נושאים: סיגד, חנוכה, גלובליזציה ולשון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כללי לשון בסיסיים כמו ה״א הידיעה ובגדכפ״ת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מיון, נימוק וקבלת החלטות מתוך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קריאה פעילה והבנת הנקרא – מכירים את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ניבוי והסקה לפני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אוצר מילים ומילים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יהודי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קריאה פעילה והבנת הנקרא – השלמת משפטים ממחסן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קריאה פעילה והבנת הנקרא – חושבים וקוראים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– ניחוש סביר הקשור לחנוכה ולאור בחושך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אוצר מילים ושפה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לסדר אותן מחדש כדי לקבל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אוצר מילים ואיות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הגדרה ודוגמה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אוצר מילים ושפה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(מילה שאותיותיה מבולבלות וצריך לסדר אותן מחדש)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(דרך סודית להעביר מסר באמצעות סימנים במקום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(שלוש אותיות שחוזרות במילים מאותה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(מילה בעלת משמעות דומה למילה אחרת)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אוצר מילים ושפה – סידור אותיות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חשיבה, הסקה ובלשות טקסט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הסקה מרמזים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מיון מילים ומציאת מה שלא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חשיבה, הסקה ובלשות טקסט – תרגול יוצא דופן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לקרוא את הרמזים בהדרגה ולהסיק מהם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בדיוק תפקיד המשחק – למצוא את ההתאמה הנכונה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חשיבה, הסקה ובלשות טקסט – מיון ויוצא דופן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שולחן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חשיבה, הסקה ובלשות טקסט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כללי לשון ודקדוק – זיהוי ותרגול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ב, ג, ד, כ, פ, 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כללי לשון ודקדוק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כללי לשון ודקדוק – כתיבה ויישום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מיון, החלטות וחוסן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היא דבר שאפשר לבדוק ולהוכיח שהוא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דעה אישית, אנשים שונים יכולים לחשוב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מיון, החלטות וחוסן – התאמת 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(הרחובות התמלאו בשלוליות)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(הוא קיבל ציון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(הוא השתפר במשחק)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מיון, החלטות וחוסן – דילמות והחלטות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דילמה פשוטה, בחירה בצד אחד ונימוק קצר וברור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סיכום ושליפה – זכרו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משחק קצר של חמש דקות שבודק הבנה מהירה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הכרטיסייה עוזרת לדבר על רגשות בצורה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חג מסורת מיוחד של עדה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חנוכה חל בחודש כסליו ולא בניסן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סיכום ושליפה – השלימו והתאימו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חנוכייה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סיכום ושליפה – התאמה בין נושא למושג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(עלייה להר)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(נס הפך)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(כפר עולמי)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(ה"א הידיעה)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מציין שתי מילים נכונות עם הסבר קצר ומדויק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מתאר רמז קונקרטי מהטקסט ואת המסקנה שהסיק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כלל לשון שעדיין מאתגר אותו (למשל ה״א הידיעה או בגדכפ״ת)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מפגשים: שני פרקים בכל שיעור, עם זמן למשחק האינטראקטיבי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בגרסת החנ״מ עם משפטים קצרים יותר ותמיכה 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מומלץ להתחיל מגרסת העולים עם אוצר מילים מוסבר לפני מעבר לגרסה הרגילה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כרטיס היציאה בסוף כל שיעור כדי לבדוק הבנה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טקסט ומשימות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טקסט ומשימות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תמצאו תרגילים על פי המשחקים שלמדתם בכיתה. עברו על הפרקים לפי הסדר, וענו בכתב יד ברור. בסוף כל פרק יש כרטיס יציאה קצר לבדיקה עצמית.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הר  ·  חנוכייה  ·  יום  ·  הכלב  ·  רמזים  ·  הארץ  ·  ה  ·  גלובליזציה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קריאה פעילה והבנת הנקרא – מכירים את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במשחק 'נחשו ובדקו' התלמידים מתרגלים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ניבוי והסקה לפני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חיבור שיר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ציור חופשי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במשחק 'קריאה עם מילים-לחצנים' מתרגלים...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אוצר מילים ומילים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ריצה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ציור דגלים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חג הסיגד הוא חג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יהודי מרוקו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קריאה פעילה והבנת הנקרא – השלמת משפטים ממחסן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בחג הסיגד הקהילה עולה יחד אל ראש ה__________ ומתפללת.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בחנוכה מדליקים נר נוסף בכל __________ מימי החג.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קריאה פעילה והבנת הנקרא – חושבים וקוראים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ניחוש אחד: על מה לדעתכם יספר טקסט שכותרתו 'חג האורים בחושך החורף'?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אוצר מילים ושפה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במשחק 'אנגרמה' מה צריך לעשות עם האותיות?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לסדר אותן מחדש כדי לקבל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לצייר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לשיר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במשחק 'צופן סודי ומילים מבולבלות' בעיקר מתרגלים...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אוצר מילים ואיות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במשחק 'גלגל מושגי יסוד' לכל מושג צריך לתת...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הגדרה ודוגמה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אוצר מילים ושפה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אנגרמה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שלוש אותיות שחוזרות במילים מאותה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צופן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מילה בעלת משמעות דומה למילה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דרך סודית להעביר מסר באמצעות סימנים במקום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נרדפת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מילה שאותיותיה מבולבלות וצריך לסדר אותן מחדש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אוצר מילים ושפה – סידור אותיות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אם נסדר נכון את האותיות ץראה נקבל את המילה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חשיבה, הסקה ובלשות טקסט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במשחק מי החשוד – בלש הטקסט התלמידים מתרגלים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הסקה מרמזים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שינון שיר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ציור חופשי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במשחק יוצא דופן הפעולה המרכזית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מיון מילים ומציאת מה שלא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כתיבת סיפור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שינון תאריכים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חשיבה, הסקה ובלשות טקסט – תרגול יוצא דופן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מי החשוד מגלים מיד את התשובה בלי לקרוא רמזים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התאמת מקורות וסמלים כל סמל מתאים למושג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חשיבה, הסקה ובלשות טקסט – מיון ויוצא דופן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היא יוצאת הדופן: תפוח, בננה, ענן, אגס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היא יוצאת הדופן: כלב, חתול, שולחן, 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שולחן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חשיבה, הסקה ובלשות טקסט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במשחק מי החשוד מגיעים לתשובה הנכונה בעזרת __________ שמופיעים בטקסט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כללי לשון ודקדוק – זיהוי ותרגול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כתובה עם ה"א הידיעה?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אותיות הן אותיות בגדכפ"ת?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ב, ג, ד, כ, פ,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א, ה, ו, 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ל, מ, נ, ס, 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כללי לשון ודקדוק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השלימו בה"א הידיעה: __________כלב רץ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כלב + ה"א הידיעה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כללי לשון ודקדוק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מיון, החלטות וחוסן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"היום יום שלישי" הוא עובדה, כי אפשר לבדוק ולוודא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"הסרט הזה הכי מעניין בעולם" הוא עובדה, כי כולם בטוח יסכימו איתו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מיון, החלטות וחוסן – התאמת סיבה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ירד גשם חזק בחוץ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הוא קיבל ציון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התלמיד למד הרבה למבחן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הוא השתפר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השחקן התאמן כל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הרחובות התמלאו בשלוליות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מיון, החלטות וחוסן – דילמות והחלטות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דילמה אחת מסוג "זה או זה" וציינו איזה צד הייתם בוחרים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6 · סיכום ושליפה – זכרו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נכון או לא נכון ספרינט צריך לענות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כרטיסיית החוסן היומית עוסקת ברגש ובשיחה מוגנת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קשור לקהילה היהודית-אתיופית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החנוכה חל בחודש ניסן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סיכום ושליפה – השלימו והתאימו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מילה שמתארת עולם מחובר דרך תקשורת וסחר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הסביבון וה__________ הם סמלים מוכרים של חג החנוכה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סיכום ושליפה – התאמה בין נושא למושג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ה"א הידיעה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כסליו-חנוכה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עלייה להר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נס הפך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כפר עולמי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שתי מילים חדשות למדתי בפרק הזה, ומה הפירוש שלהן?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הצלחתי להסיק מסקנה מתוך רמזים בטקסט?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משחקי טקסט ומשימות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